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כסלו וחנוכה - ערכים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ערכי החג: אור, נס, אומץ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עובדתי על חודש כסלו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ודיון סביב משמעות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תקווה וניצחון הטוב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סביבון הוא צעצוע מסתובב, הסופגניה היא המאכל המתוק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כסלו הוא חודש חורפי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האור הוא סמל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ערכים מרכזיים הקשורים לסיפור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בכל ערב מוסיפים עוד נר, לא מורידים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(סמל לתקווה ושמחה)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יוצא דופן שקרה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(יכולת להתמודד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(אנשים דואגים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(מנורה בעלת תשע קנים)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מתחילים את חודש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נר ראשון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נר בכל ערב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את כל שמונת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החנוכה מסתיים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ערך אחד, יסביר את משמעותו ויתן דוגמה אישית מחייו הקשורה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יכתוב משאלה אישית ומעשה טוב קונקרטי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יבחר ערך ויסביר מדוע הוא רלוונטי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בין אור פיזי למשמעות סמלית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ומעשית לעזרה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דיון כיתתי קצר על הערכים לפני מילוי החלק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המשימות ללוח הקיר הפיזי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כסלו וחנוכה - ערכים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עיקרי חודש כסלו וחג החנוכה - התאריכים, הסמלים והערכים שמאחורי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קשור במיוחד לעזרה הדדית בין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להבות מוסיפים לחנוכייה בכל יום לפי המנהג?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חודש כסלו הוא חודש של איזו עונה?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 האור בחג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וניצחון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מאכל מתוק שאוכלים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בכסלו יורד לעיתים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נקרא גם חג האור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וערבות הדדית הם ערכים שאין קשר ביניהם לחג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מדליקים נר אחד 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כסלו הוא חודש של חורף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בחנוכה כל ערב מדליקים עוד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משחק מסתובב שמשחקים בו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מאפה מתוק ושמנוני האופייני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__________ זה לזה - זהו ערך חשוב של ערבות הדדית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יוצא דופן שקרה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סמל לתקווה ושמחה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מנורה בעלת תשע 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להתמודד עם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דואגים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נר בכל ערב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כל שמונת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חודש כסלו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מסתיים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ראשון בחנוכה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מהערכים הבאים: אור, תקווה, נס, אומץ או ערבות הדדית, וכתבו כיצד הוא בא לידי ביטוי בחייכם האישיים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משאלה אחת למען עצמכם ומעשה טוב אחד שתוכלו לעשות למען הסביבה בזמן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המרכזי שלדעתכם הכי מתאים לחג החנוכה?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אור קטן יכול להביא לשמחה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של ערבות הדדית שאפשר לעשות בחיי היום 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כסלו וחנוכה - ערכים ומשמעות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