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כסלו וחנוכה - ערכים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ערכי החג: אור, נס, אומץ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עובדתי על חודש כסלו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ודיון סביב משמעות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ערבות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סביבון הוא צעצוע מסתובב, הסופגניה היא המאכל המתוק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כסלו הוא חודש חורפי שבו יורד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(סמל לתקווה ושמחה)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 יוצא דופן שקרה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(יכולת להתמודד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דואגים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מתחילים את חודש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נר ראשון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נר בכל ערב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את כל שמונת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ערך אחד, יסביר את משמעותו ויתן דוגמה אישית מחייו הקשורה לערך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יבחר ערך ויסביר מדוע הוא רלוונטי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בין אור פיזי למשמעות סמלית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ומעשית לעזרה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דיון כיתתי קצר על הערכים לפני מילוי החלק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המשימות ללוח הקיר הפיזי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כסלו וחנוכה - ערכים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עיקרי חודש כסלו וחג החנוכה - התאריכים, הסמלים והערכים שמאחורי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  ·  סביבון  ·  אור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ערך קשור במיוחד לעזרה הדדית בין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ערבות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תקווה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סביבון הוא מאכל מתוק שאוכלים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בכסלו יורד לעיתים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חודש כסלו הוא חודש של חורף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בחנוכה כל ערב מדליקים עוד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הוא משחק מסתובב שמשחקים בו בחנוכה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יכולת להתמודד עם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דואגים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יוצא דופן שקרה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סמל לתקווה ושמחה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נר בכל ערב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את כל שמונת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נר ראשון בחנוכה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מתחילים את חודש כסלו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מהערכים הבאים: אור, תקווה, נס, אומץ או ערבות הדדית, וכתבו כיצד הוא בא לידי ביטוי בחייכם האישיים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הערך המרכזי שלדעתכם הכי מתאים לחג החנוכה?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אור קטן יכול להביא לשמחה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כסלו וחנוכה - ערכים ומשמעות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